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76" w:lineRule="auto" w:before="80"/>
        <w:jc w:val="center"/>
      </w:pPr>
      <w:r>
        <w:rPr>
          <w:rFonts w:ascii="Noto Sans CJK KR" w:hAnsi="Noto Sans CJK KR" w:eastAsia="Noto Sans CJK KR"/>
          <w:b/>
          <w:sz w:val="36"/>
        </w:rPr>
        <w:t>DOC 09. 소규모 법인 주주 전원 동의서</w:t>
      </w:r>
    </w:p>
    <w:p>
      <w:pPr>
        <w:spacing w:after="200" w:line="276" w:lineRule="auto"/>
        <w:jc w:val="center"/>
      </w:pPr>
      <w:r>
        <w:rPr>
          <w:rFonts w:ascii="Noto Sans CJK KR" w:hAnsi="Noto Sans CJK KR" w:eastAsia="Noto Sans CJK KR"/>
          <w:b w:val="0"/>
          <w:sz w:val="20"/>
        </w:rPr>
        <w:t>이사회가 없는 소규모 법인·가족법인의 기업복지 도입 및 이해상충 확인용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4EA"/>
            <w:tcBorders>
              <w:top w:sz="8" w:val="single" w:color="B7D7B7"/>
              <w:left w:sz="8" w:val="single" w:color="B7D7B7"/>
              <w:bottom w:sz="8" w:val="single" w:color="B7D7B7"/>
              <w:right w:sz="8" w:val="single" w:color="B7D7B7"/>
            </w:tcBorders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E7D32"/>
                <w:sz w:val="21"/>
              </w:rPr>
              <w:t>문서 사용 안내</w:t>
            </w:r>
          </w:p>
          <w:p>
            <w:pPr>
              <w:spacing w:line="264" w:lineRule="auto"/>
            </w:pPr>
            <w:r>
              <w:rPr>
                <w:rFonts w:ascii="Noto Sans CJK KR" w:hAnsi="Noto Sans CJK KR" w:eastAsia="Noto Sans CJK KR"/>
                <w:sz w:val="19"/>
              </w:rPr>
              <w:t>본 서식은 금융인바디 기업복지 계약의 내부통제 및 증빙 관리를 위한 참고 양식입니다. 실제 적용 전 고객사의 법무·세무대리인 검토를 권장합니다.</w:t>
            </w:r>
          </w:p>
        </w:tc>
      </w:tr>
    </w:tbl>
    <w:p>
      <w:pPr>
        <w:spacing w:after="60" w:line="276" w:lineRule="auto"/>
      </w:pP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1. 회사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회사명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사업자등록번호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대표자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작성일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20____.____.____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2. 안건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/>
          <w:sz w:val="21"/>
        </w:rPr>
        <w:t>임직원 금융복지 플랫폼 도입 및 이해상충 거래 확인의 건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3. 결의 및 동의 내용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회사는 임직원의 금융복지 및 금융교육 지원을 위하여 주식회사 금융인바디의 기업복지 멤버십을 도입하기로 한다.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4. 계약 주요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계약 상대방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주식회사 금융인바디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서비스명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금융인바디 기업복지 멤버십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도입 대상 인원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________명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연 공급가액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9,900,000원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부가세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990,000원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총 결제금액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10,890,000원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공급가액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부가세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결제금액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__________________원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5. 도입 목적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계약은 임직원에게 금융교육 콘텐츠, 금융 시뮬레이터, AI 학습 도구, 월간 금융 리포트, 전담 경제금융교육전문가 관리 등을 제공하기 위한 기업복지 목적의 계약이다.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6. 특수관계 및 이해상충 확인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계약 유입 또는 관리 담당 경제금융교육전문가 __________________은/는 회사의 대표자, 이사, 주요주주 또는 그 가족과 다음과 같은 관계가 있음을 확인한다.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관계 내용: ________________________________________________________________________________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주주는 해당 관계를 사전에 인지하였으며, 본 계약이 특정 개인에게 부당한 이익을 제공하기 위한 거래가 아니라 임직원 금융복지 및 금융교육 지원 목적의 거래임을 확인한다.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7. 수수료 구조 확인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경제금융교육전문가에게 지급되는 수수료는 금융인바디 내부 기준에 따라 계약 유치, 고객사 안내, 임직원 온보딩, 월간보고서 관리, 고객사 및 임직원 문의 응대 등 실제 업무수행의 대가로 지급되는 것으로 확인한다.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8. 승인 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기업복지 멤버십 도입 승인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계약금액 및 도입 인원 확인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가족관계 또는 특수관계 사전 인지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수수료가 실제 업무수행 대가임을 확인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계약서 및 증빙자료 보관 동의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월간보고서 발송·열람·다운로드 이력 보관 확인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9. 증빙 보관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회사는 계약서, 세금계산서, 도입신청서, 본 동의서, 가족관계 및 이해상충 확인서, 경제금융교육전문가 업무수행 확인서, 월간보고서 생성·발송·열람·다운로드 이력 등을 보관한다.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10. 주주 서명란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8"/>
              </w:rPr>
              <w:t>주주 성명</w:t>
            </w:r>
          </w:p>
        </w:tc>
        <w:tc>
          <w:tcPr>
            <w:tcW w:type="dxa" w:w="2062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8"/>
              </w:rPr>
              <w:t>지분율</w:t>
            </w:r>
          </w:p>
        </w:tc>
        <w:tc>
          <w:tcPr>
            <w:tcW w:type="dxa" w:w="2062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8"/>
              </w:rPr>
              <w:t>동의 여부</w:t>
            </w:r>
          </w:p>
        </w:tc>
        <w:tc>
          <w:tcPr>
            <w:tcW w:type="dxa" w:w="2062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8"/>
              </w:rPr>
              <w:t>서명 또는 전자서명</w:t>
            </w:r>
          </w:p>
        </w:tc>
        <w:tc>
          <w:tcPr>
            <w:tcW w:type="dxa" w:w="2062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8"/>
              </w:rPr>
              <w:t>일자</w:t>
            </w:r>
          </w:p>
        </w:tc>
      </w:tr>
      <w:tr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____%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[  ] 동의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20____.____.____</w:t>
            </w:r>
          </w:p>
        </w:tc>
      </w:tr>
      <w:tr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____%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[  ] 동의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20____.____.____</w:t>
            </w:r>
          </w:p>
        </w:tc>
      </w:tr>
      <w:tr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____%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[  ] 동의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20____.____.____</w:t>
            </w:r>
          </w:p>
        </w:tc>
      </w:tr>
      <w:tr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____%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[  ] 동의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20____.____.____</w:t>
            </w:r>
          </w:p>
        </w:tc>
      </w:tr>
      <w:tr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____%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[  ] 동의</w:t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</w:r>
          </w:p>
        </w:tc>
        <w:tc>
          <w:tcPr>
            <w:tcW w:type="dxa" w:w="206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8"/>
              </w:rPr>
              <w:t>20____.____.____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KR" w:hAnsi="Noto Sans CJK KR" w:eastAsia="Noto Sans CJK KR"/>
        <w:sz w:val="16"/>
      </w:rPr>
      <w:t>주식회사 금융인바디 기업복지 표준 서식 | 내부통제·전자서명용 | 무단 수정 전 담당자 확인 권장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DOC09_소규모법인_주주전원동의서</dc:title>
  <dc:subject/>
  <dc:creator>FinanceInBody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